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קיצורי מקלדת – קיצור קטן, חיסכון גדול ⌨️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קיצורי מקלדת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קיצורי מקלדת נפוצים ואת השימוש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להבחין בין פעולות דומות כמו העתקה, גזירה והדבקה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קיצור מקלדת פועל גם בעברית וגם באנגלית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קיצורים בסיסיים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מעתיק את הבחירה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מבטל פעולה אחרונה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Ctrl+T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V הוא קיצור ההדבקה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גזירה מוציאה את הטקסט מהמקור, לא משאירה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הקיצור נקבע לפי מיקום המקש, לא לפי השפה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הקיצור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Z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S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Alt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קיצור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(הדגשת טקסט (מודגש))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(הטיית טקסט (נטוי))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(קו תחתון מתחת לטקסט)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(פתיחת חלון הדפסה)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צריכה לכלול: שם הקיצור, הפעולה שהוא מבצע, והסבר קצר על התועלת שלו - למשל חיסכון בזמן או מניעת טעויות.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שומר את הקובץ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העתקה משאירה את המקור, גזירה מוציאה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Ctrl+T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- תלמיד אומר קיצור והשני עונה מה הוא עושה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על מסך את ההבדל בין הקיצורים בעברית ובאנגלית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אתגר: מי זוכר הכי הרבה קיצורים בלי להסתכל בדף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קיצורי מקלדת – קיצור קטן, חיסכון גדול ⌨️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קיצורי מקלדת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קיצורי מקלדת הם שילובים של מקשים שחוסכים זמן בעבודה עם המחשב. בדף הזה נתרגל את הקיצורים הנפוצים ביותר לעבודה עם קבצים, עיצוב טקסט וניווט בדפדפן.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S  ·  Alt  ·  Z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קיצורים בסיסיים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עושה הקיצור Ctrl+C?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מעתיק את הבחירה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גוזר את הבחירה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מדביק את הבחירה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עושה הקיצור Ctrl+Z?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שומר קובץ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מבטל פעולה אחרונה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פותח קובץ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קיצור פותח לשונית חדשה בדפדפן?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Ctrl+W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Ctrl+T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Ctrl+N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הקיצור Ctrl+V משמש להדבקה.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הקיצור Ctrl+X מעתיק את הטקסט בלי למחוק אותו מהמקום המקורי.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במקלדת עברית הקיצור Ctrl+C נלחץ על אותו מקש פיזי כמו המקש של האות 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הקיצור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הקיצור Ctrl+__________ מבטל פעולה אחרונה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הקיצור Ctrl+__________ שומר את הקובץ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הקיצור __________+Tab מעביר בין חלונות פתוחים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קיצור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Ctrl+B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הטיית טקסט (נטוי)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Ctrl+I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קו תחתון מתחת לטקסט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Ctrl+U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פתיחת חלון הדפסה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Ctrl+P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הדגשת טקסט (מודגש)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קיצור מקלדת שלמדתם. כתבו מה הוא עושה ולמה הוא שימושי בעבודה היומיומית במחשב.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עושה הקיצור Ctrl+S?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Ctrl+C ל-Ctrl+X?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קיצורי מקלדת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