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ואת השימוש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להבחין בין פעולות דומות כמו העתקה, גזירה והדבקה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קיצור מקלדת פועל גם בעברית וגם 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קיצורים בסיסיים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מעתיק את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מבטל פעולה 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Ctrl+T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עובר בין חלונות פתוחים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Ctrl+A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מצלם חלק מהמסך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V הוא קיצור ההדבקה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גזירה מוציאה את הטקסט מהמקור, לא משאירה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הקיצור נקבע לפי מיקום המקש, לא לפי השפה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F5 טוען מחדש את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Win+L נועל את המחשב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Alt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Backspace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F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קיצור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(הדגשת טקסט (מודגש))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(הטיית טקסט (נטוי))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(קו תחתון מתחת לטקסט)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(פתיחת חלון הדפסה)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(קפיצה לתחילת המסמך)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לכלול: שם הקיצור, הפעולה שהוא מבצע, והסבר קצר על התועלת שלו - למשל חיסכון בזמן או מניעת טעויות.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שומר את הקובץ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העתקה משאירה את המקור, גזירה מוציאה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Ctrl+T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אומר קיצור והשני עונה מה הוא עושה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מסך את ההבדל בין הקיצורים בעברית ובאנגלית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מי זוכר הכי הרבה קיצורים בלי להסתכל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קיצור מקלדת זה כמה מקשים יחד. כשלוחצים עליהם, קורית פעולה מהר. נתרגל את הקיצורים החשובים ביותר.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קיצור מקלדת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מקשים שלוחצים יחד כדי שהמחשב יבצע 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Ctrl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שבדרך כלל נלחץ ביחד עם אות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Alt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 נוסף שמשתמשים בו בקיצורים, למשל למעבר בין חלונות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Win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המקש עם סמל החלון, משמש לפעולות מערכת כמו נעילה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כרטיסייה פתוחה בדפדפן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 המהבהב שמראה איפה נכתוב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מירכוז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יישור טקסט לאמצע השורה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קביעת מיקום הטקסט בשורה - ימין, שמאל או מרכז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קיצורים בסיסיים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Ctrl+C?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מעתיק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גוזר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מדביק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 את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Ctrl+Z?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 קובץ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מבטל פעולה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 מסמך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קיצור פותח לשונית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Ctrl+W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Ctrl+O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Alt+Tab?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 תוכנה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עובר בין חלונות 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 קובץ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מגדיל את התצוגה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קיצור מסמן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Ctrl+F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Ctrl+S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Ctrl+P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Win+Shift+S?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נועל את 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פותח לוח אימוג'ים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מצלם חלק מהמסך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מחליף שפה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Ctrl+V משמש להדבקה.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Ctrl+X מעתיק את הטקסט בלי למחוק אותו מהמקום המקורי.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במקלדת עברית הקיצור Ctrl+C נלחץ על אותו מקש פיזי כמו המקש של האות 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F5 משמש לרענון הדף בדפדפן.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הקיצור Win+L פותח קובץ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הקיצור Ctrl+__________ מבטל פעולה אחרונה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הקיצור Ctrl+__________ שומר את הקובץ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הקיצור __________+Tab מעביר בין חלונות פתוחים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המקש __________ מוחק את התו שלפני הסמן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הקיצור Ctrl+__________ פותח חלון חיפוש בטקסט או בדף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קיצור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Ctrl+B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פתיחת חלון הדפסה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Ctrl+I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קו תחתון מתחת לטקסט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Ctrl+U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קפיצה לתחילת המסמך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Ctrl+P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הטיית טקסט (נטוי)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Ctrl+Home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הדגשת טקסט (מודגש)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קיצור מקלדת שלמדתם. כתבו מה הוא עושה ולמה הוא שימושי בעבודה היומיומית במחשב.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הקיצור Ctrl+S?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Ctrl+C ל-Ctrl+X?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קיצור משמש לפתיחת לשונית חדשה בדפדפן?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