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קיצורי מקלדת נפוצים ואת השימוש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להבחין בין פעולות דומות כמו העתקה, גזירה והדבקה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קיצור מקלדת פועל גם בעברית וגם 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קיצורים בסיסיים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מעתיק את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מבטל פעולה 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Ctrl+T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עובר בין חלונות פתוחים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Ctrl+A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מצלם חלק מהמסך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V הוא קיצור ההדבקה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גזירה מוציאה את הטקסט מהמקור, לא משאירה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הקיצור נקבע לפי מיקום המקש, לא לפי השפה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F5 טוען מחדש את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Win+L נועל את המחשב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הקיצור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Alt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Backspace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F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(הדגשת טקסט (מודגש))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(הטיית טקסט (נטוי))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(קו תחתון מתחת לטקסט)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(פתיחת חלון הדפסה)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(קפיצה לתחילת המסמך)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לכלול: שם הקיצור, הפעולה שהוא מבצע, והסבר קצר על התועלת שלו - למשל חיסכון בזמן או מניעת טעויות.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שומר את הקובץ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העתקה משאירה את המקור, גזירה מוציאה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Ctrl+T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- תלמיד אומר קיצור והשני עונה מה הוא עושה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מסך את ההבדל בין הקיצורים בעברית ובאנגלית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מי זוכר הכי הרבה קיצורים בלי להסתכל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קיצורי מקלדת הם שילובים של מקשים שחוסכים זמן בעבודה עם המחשב. בדף הזה נתרגל את הקיצורים הנפוצים ביותר לעבודה עם קבצים, עיצוב טקסט וניווט בדפדפן.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קיצורים בסיסיים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הקיצור Ctrl+C?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מעתיק את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גוזר את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מדביק את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 את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הקיצור Ctrl+Z?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מבטל פעולה 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מדפיס מסמך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קיצור פותח לשונית חדשה בדפדפן?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Ctrl+W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Ctrl+O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הקיצור Alt+Tab?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סוגר תוכנה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עובר בין חלונות פתוחים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מגדיל את התצוגה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קיצור מסמן את כל הטקסט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הקיצור Win+Shift+S?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נועל את 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פותח לוח 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מצלם חלק מהמסך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מחליף שפה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Ctrl+V משמש להדבקה.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Ctrl+X מעתיק את הטקסט בלי למחוק אותו מהמקום המקורי.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במקלדת עברית הקיצור Ctrl+C נלחץ על אותו מקש פיזי כמו המקש של האות 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F5 משמש לרענון הדף בדפדפן.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Win+L פותח קובץ 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הקיצור Ctrl+__________ מבטל פעולה אחרונה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הקיצור Ctrl+__________ שומר את הקובץ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הקיצור __________+Tab מעביר בין חלונות פתוחים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המקש __________ מוחק את התו שלפני הסמן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הקיצור Ctrl+__________ פותח חלון חיפוש בטקסט או בדף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פתיחת חלון הדפסה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הדגשת טקסט (מודגש)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Ctrl+U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קפיצה לתחילת המסמך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Ctrl+P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הטיית טקסט (נטוי)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Ctrl+Home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 תחתון מתחת לטקסט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קיצור מקלדת שלמדתם. כתבו מה הוא עושה ולמה הוא שימושי בעבודה היומיומית במחשב.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הקיצור Ctrl+S?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Ctrl+C ל-Ctrl+X?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קיצור משמש לפתיחת לשונית חדשה בדפדפן?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